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F2E4D" w14:textId="77777777" w:rsidR="00C56513" w:rsidRPr="00297AE2" w:rsidRDefault="00CA44EE">
      <w:pPr>
        <w:pStyle w:val="Titre"/>
        <w:rPr>
          <w:rFonts w:ascii="NeueSans Pro Bold" w:hAnsi="NeueSans Pro Bold"/>
          <w:b w:val="0"/>
          <w:bCs/>
          <w:lang w:val="fr-CH"/>
        </w:rPr>
      </w:pPr>
      <w:r w:rsidRPr="00297AE2">
        <w:rPr>
          <w:rFonts w:ascii="NeueSans Pro Bold" w:hAnsi="NeueSans Pro Bold"/>
          <w:b w:val="0"/>
          <w:bCs/>
          <w:lang w:val="fr-CH"/>
        </w:rPr>
        <w:t>Formulaire de réclamation</w:t>
      </w:r>
    </w:p>
    <w:p w14:paraId="3D902979" w14:textId="77777777" w:rsidR="00C56513" w:rsidRPr="00297AE2" w:rsidRDefault="00CA44EE">
      <w:pPr>
        <w:spacing w:after="160"/>
        <w:rPr>
          <w:rFonts w:ascii="NeueSans Pro Normal" w:hAnsi="NeueSans Pro Normal"/>
          <w:bCs/>
          <w:lang w:val="fr-CH"/>
        </w:rPr>
      </w:pPr>
      <w:r w:rsidRPr="00297AE2">
        <w:rPr>
          <w:rFonts w:ascii="NeueSans Pro Normal" w:hAnsi="NeueSans Pro Normal"/>
          <w:bCs/>
          <w:lang w:val="fr-CH"/>
        </w:rPr>
        <w:t xml:space="preserve">Ce formulaire permet de signaler une insatisfaction clairement formulée concernant une prestation de Pro </w:t>
      </w:r>
      <w:proofErr w:type="spellStart"/>
      <w:r w:rsidRPr="00297AE2">
        <w:rPr>
          <w:rFonts w:ascii="NeueSans Pro Normal" w:hAnsi="NeueSans Pro Normal"/>
          <w:bCs/>
          <w:lang w:val="fr-CH"/>
        </w:rPr>
        <w:t>Senectute</w:t>
      </w:r>
      <w:proofErr w:type="spellEnd"/>
      <w:r w:rsidRPr="00297AE2">
        <w:rPr>
          <w:rFonts w:ascii="NeueSans Pro Normal" w:hAnsi="NeueSans Pro Normal"/>
          <w:bCs/>
          <w:lang w:val="fr-CH"/>
        </w:rPr>
        <w:t xml:space="preserve"> Valais-Wallis. Il peut être remis dans l’un de nos bureaux en Valais ou envoyé à info@vs.prosenectute.ch. Une réclamation peut aussi être formulée oralement, par téléphone ou auprès de n’importe quel collaborateur.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"/>
        <w:gridCol w:w="4876"/>
        <w:gridCol w:w="5042"/>
        <w:gridCol w:w="60"/>
        <w:gridCol w:w="230"/>
      </w:tblGrid>
      <w:tr w:rsidR="00C56513" w:rsidRPr="00297AE2" w14:paraId="68B3D455" w14:textId="77777777">
        <w:trPr>
          <w:gridAfter w:val="2"/>
          <w:wAfter w:w="290" w:type="dxa"/>
          <w:jc w:val="center"/>
        </w:trPr>
        <w:tc>
          <w:tcPr>
            <w:tcW w:w="9978" w:type="dxa"/>
            <w:gridSpan w:val="3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E93D734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1. Prestation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concernée</w:t>
            </w:r>
            <w:proofErr w:type="spellEnd"/>
          </w:p>
        </w:tc>
      </w:tr>
      <w:tr w:rsidR="00C56513" w:rsidRPr="00297AE2" w14:paraId="68DF6DD6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ABE5A1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Consultation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sociale</w:t>
            </w:r>
            <w:proofErr w:type="spellEnd"/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953A04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Curatelles</w:t>
            </w:r>
            <w:proofErr w:type="spellEnd"/>
          </w:p>
        </w:tc>
      </w:tr>
      <w:tr w:rsidR="00C56513" w:rsidRPr="00297AE2" w14:paraId="5B305E99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85A865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Préparation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à la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retraite</w:t>
            </w:r>
            <w:proofErr w:type="spellEnd"/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9A1BFC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Cours</w:t>
            </w:r>
          </w:p>
        </w:tc>
      </w:tr>
      <w:tr w:rsidR="00C56513" w:rsidRPr="00297AE2" w14:paraId="0D8C0C3A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A9FB6E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Animation</w:t>
            </w:r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1FA1B9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Sport et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mouvement</w:t>
            </w:r>
            <w:proofErr w:type="spellEnd"/>
          </w:p>
        </w:tc>
      </w:tr>
      <w:tr w:rsidR="00C56513" w:rsidRPr="00297AE2" w14:paraId="2822F17F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BDD4A0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Administration</w:t>
            </w:r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92E9E0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Finances</w:t>
            </w:r>
          </w:p>
        </w:tc>
      </w:tr>
      <w:tr w:rsidR="00C56513" w:rsidRPr="00297AE2" w14:paraId="2CA4118B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9754AD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Services – aide à domicile</w:t>
            </w:r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984BE3" w14:textId="77777777" w:rsidR="00C56513" w:rsidRPr="00297AE2" w:rsidRDefault="00CA44EE">
            <w:pPr>
              <w:rPr>
                <w:rFonts w:ascii="NeueSans Pro Normal" w:hAnsi="NeueSans Pro Normal"/>
                <w:bCs/>
                <w:lang w:val="fr-CH"/>
              </w:rPr>
            </w:pPr>
            <w:r w:rsidRPr="00297AE2">
              <w:rPr>
                <w:rFonts w:ascii="Segoe UI Symbol" w:hAnsi="Segoe UI Symbol" w:cs="Segoe UI Symbol"/>
                <w:bCs/>
                <w:lang w:val="fr-CH"/>
              </w:rPr>
              <w:t>☐</w:t>
            </w:r>
            <w:r w:rsidRPr="00297AE2">
              <w:rPr>
                <w:rFonts w:ascii="NeueSans Pro Normal" w:hAnsi="NeueSans Pro Normal"/>
                <w:bCs/>
                <w:lang w:val="fr-CH"/>
              </w:rPr>
              <w:t xml:space="preserve"> Autre / Je ne sais pas</w:t>
            </w:r>
          </w:p>
        </w:tc>
      </w:tr>
      <w:tr w:rsidR="00C56513" w:rsidRPr="00297AE2" w14:paraId="4E553448" w14:textId="77777777">
        <w:trPr>
          <w:gridBefore w:val="1"/>
          <w:gridAfter w:val="1"/>
          <w:wBefore w:w="60" w:type="dxa"/>
          <w:wAfter w:w="230" w:type="dxa"/>
          <w:jc w:val="center"/>
        </w:trPr>
        <w:tc>
          <w:tcPr>
            <w:tcW w:w="9978" w:type="dxa"/>
            <w:gridSpan w:val="3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D41BF50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2.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Votre</w:t>
            </w:r>
            <w:proofErr w:type="spellEnd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réclamation</w:t>
            </w:r>
            <w:proofErr w:type="spellEnd"/>
          </w:p>
        </w:tc>
      </w:tr>
    </w:tbl>
    <w:p w14:paraId="35C38E4A" w14:textId="77777777" w:rsidR="00C56513" w:rsidRPr="00297AE2" w:rsidRDefault="00C56513">
      <w:pPr>
        <w:spacing w:after="0"/>
        <w:rPr>
          <w:rFonts w:ascii="NeueSans Pro Normal" w:hAnsi="NeueSans Pro Normal"/>
          <w:bCs/>
        </w:rPr>
      </w:pPr>
    </w:p>
    <w:p w14:paraId="2A368872" w14:textId="77777777" w:rsidR="00C56513" w:rsidRPr="00297AE2" w:rsidRDefault="00CA44EE">
      <w:pPr>
        <w:rPr>
          <w:rFonts w:ascii="NeueSans Pro Normal" w:hAnsi="NeueSans Pro Normal"/>
          <w:bCs/>
        </w:rPr>
      </w:pPr>
      <w:r w:rsidRPr="00297AE2">
        <w:rPr>
          <w:rFonts w:ascii="NeueSans Pro Normal" w:hAnsi="NeueSans Pro Normal"/>
          <w:bCs/>
        </w:rPr>
        <w:t xml:space="preserve">Date de </w:t>
      </w:r>
      <w:proofErr w:type="spellStart"/>
      <w:r w:rsidRPr="00297AE2">
        <w:rPr>
          <w:rFonts w:ascii="NeueSans Pro Normal" w:hAnsi="NeueSans Pro Normal"/>
          <w:bCs/>
        </w:rPr>
        <w:t>l’événement</w:t>
      </w:r>
      <w:proofErr w:type="spellEnd"/>
      <w:r w:rsidRPr="00297AE2">
        <w:rPr>
          <w:rFonts w:ascii="NeueSans Pro Normal" w:hAnsi="NeueSans Pro Normal"/>
          <w:bCs/>
        </w:rPr>
        <w:t xml:space="preserve"> </w:t>
      </w:r>
      <w:proofErr w:type="spellStart"/>
      <w:proofErr w:type="gramStart"/>
      <w:r w:rsidRPr="00297AE2">
        <w:rPr>
          <w:rFonts w:ascii="NeueSans Pro Normal" w:hAnsi="NeueSans Pro Normal"/>
          <w:bCs/>
        </w:rPr>
        <w:t>concerné</w:t>
      </w:r>
      <w:proofErr w:type="spellEnd"/>
      <w:r w:rsidRPr="00297AE2">
        <w:rPr>
          <w:rFonts w:ascii="NeueSans Pro Normal" w:hAnsi="NeueSans Pro Normal"/>
          <w:bCs/>
        </w:rPr>
        <w:t xml:space="preserve"> :</w:t>
      </w:r>
      <w:proofErr w:type="gramEnd"/>
      <w:r w:rsidRPr="00297AE2">
        <w:rPr>
          <w:rFonts w:ascii="NeueSans Pro Normal" w:hAnsi="NeueSans Pro Normal"/>
          <w:bCs/>
        </w:rPr>
        <w:t xml:space="preserve"> ____________________</w:t>
      </w:r>
    </w:p>
    <w:p w14:paraId="091D55E8" w14:textId="77777777" w:rsidR="00C56513" w:rsidRPr="00297AE2" w:rsidRDefault="00CA44EE">
      <w:pPr>
        <w:rPr>
          <w:rFonts w:ascii="NeueSans Pro Normal" w:hAnsi="NeueSans Pro Normal"/>
          <w:bCs/>
        </w:rPr>
      </w:pPr>
      <w:proofErr w:type="spellStart"/>
      <w:r w:rsidRPr="00297AE2">
        <w:rPr>
          <w:rFonts w:ascii="NeueSans Pro Normal" w:hAnsi="NeueSans Pro Normal"/>
          <w:bCs/>
        </w:rPr>
        <w:t>Que</w:t>
      </w:r>
      <w:proofErr w:type="spellEnd"/>
      <w:r w:rsidRPr="00297AE2">
        <w:rPr>
          <w:rFonts w:ascii="NeueSans Pro Normal" w:hAnsi="NeueSans Pro Normal"/>
          <w:bCs/>
        </w:rPr>
        <w:t xml:space="preserve"> </w:t>
      </w:r>
      <w:proofErr w:type="spellStart"/>
      <w:r w:rsidRPr="00297AE2">
        <w:rPr>
          <w:rFonts w:ascii="NeueSans Pro Normal" w:hAnsi="NeueSans Pro Normal"/>
          <w:bCs/>
        </w:rPr>
        <w:t>s’est</w:t>
      </w:r>
      <w:proofErr w:type="spellEnd"/>
      <w:r w:rsidRPr="00297AE2">
        <w:rPr>
          <w:rFonts w:ascii="NeueSans Pro Normal" w:hAnsi="NeueSans Pro Normal"/>
          <w:bCs/>
        </w:rPr>
        <w:t xml:space="preserve">-il </w:t>
      </w:r>
      <w:proofErr w:type="gramStart"/>
      <w:r w:rsidRPr="00297AE2">
        <w:rPr>
          <w:rFonts w:ascii="NeueSans Pro Normal" w:hAnsi="NeueSans Pro Normal"/>
          <w:bCs/>
        </w:rPr>
        <w:t>passé ?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44D499E1" w14:textId="77777777">
        <w:trPr>
          <w:trHeight w:val="780"/>
          <w:jc w:val="center"/>
        </w:trPr>
        <w:tc>
          <w:tcPr>
            <w:tcW w:w="997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56C9D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 </w:t>
            </w:r>
          </w:p>
        </w:tc>
      </w:tr>
    </w:tbl>
    <w:p w14:paraId="2B201439" w14:textId="77777777" w:rsidR="00C56513" w:rsidRPr="00297AE2" w:rsidRDefault="00CA44EE">
      <w:pPr>
        <w:rPr>
          <w:rFonts w:ascii="NeueSans Pro Normal" w:hAnsi="NeueSans Pro Normal"/>
          <w:bCs/>
          <w:lang w:val="fr-CH"/>
        </w:rPr>
      </w:pPr>
      <w:r w:rsidRPr="00297AE2">
        <w:rPr>
          <w:rFonts w:ascii="NeueSans Pro Normal" w:hAnsi="NeueSans Pro Normal"/>
          <w:bCs/>
          <w:lang w:val="fr-CH"/>
        </w:rPr>
        <w:t xml:space="preserve">Qu’attendez-vous de Pro </w:t>
      </w:r>
      <w:proofErr w:type="spellStart"/>
      <w:r w:rsidRPr="00297AE2">
        <w:rPr>
          <w:rFonts w:ascii="NeueSans Pro Normal" w:hAnsi="NeueSans Pro Normal"/>
          <w:bCs/>
          <w:lang w:val="fr-CH"/>
        </w:rPr>
        <w:t>Senectute</w:t>
      </w:r>
      <w:proofErr w:type="spellEnd"/>
      <w:r w:rsidRPr="00297AE2">
        <w:rPr>
          <w:rFonts w:ascii="NeueSans Pro Normal" w:hAnsi="NeueSans Pro Normal"/>
          <w:bCs/>
          <w:lang w:val="fr-CH"/>
        </w:rPr>
        <w:t xml:space="preserve"> Valais-Wallis 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1196C3DE" w14:textId="77777777">
        <w:trPr>
          <w:trHeight w:val="260"/>
          <w:jc w:val="center"/>
        </w:trPr>
        <w:tc>
          <w:tcPr>
            <w:tcW w:w="997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48D20" w14:textId="77777777" w:rsidR="00C56513" w:rsidRPr="00297AE2" w:rsidRDefault="00CA44EE">
            <w:pPr>
              <w:rPr>
                <w:rFonts w:ascii="NeueSans Pro Normal" w:hAnsi="NeueSans Pro Normal"/>
                <w:bCs/>
                <w:lang w:val="fr-CH"/>
              </w:rPr>
            </w:pPr>
            <w:r w:rsidRPr="00297AE2">
              <w:rPr>
                <w:rFonts w:ascii="NeueSans Pro Normal" w:hAnsi="NeueSans Pro Normal"/>
                <w:bCs/>
                <w:lang w:val="fr-CH"/>
              </w:rPr>
              <w:t xml:space="preserve"> </w:t>
            </w:r>
          </w:p>
        </w:tc>
      </w:tr>
    </w:tbl>
    <w:p w14:paraId="5FE4DAD0" w14:textId="77777777" w:rsidR="00C56513" w:rsidRPr="00297AE2" w:rsidRDefault="00CA44EE">
      <w:pPr>
        <w:rPr>
          <w:rFonts w:ascii="NeueSans Pro Normal" w:hAnsi="NeueSans Pro Normal"/>
          <w:bCs/>
        </w:rPr>
      </w:pPr>
      <w:r w:rsidRPr="00297AE2">
        <w:rPr>
          <w:rFonts w:ascii="NeueSans Pro Normal" w:hAnsi="NeueSans Pro Normal"/>
          <w:bCs/>
        </w:rPr>
        <w:t xml:space="preserve">Suggestion </w:t>
      </w:r>
      <w:proofErr w:type="spellStart"/>
      <w:r w:rsidRPr="00297AE2">
        <w:rPr>
          <w:rFonts w:ascii="NeueSans Pro Normal" w:hAnsi="NeueSans Pro Normal"/>
          <w:bCs/>
        </w:rPr>
        <w:t>d’amélioration</w:t>
      </w:r>
      <w:proofErr w:type="spellEnd"/>
      <w:r w:rsidRPr="00297AE2">
        <w:rPr>
          <w:rFonts w:ascii="NeueSans Pro Normal" w:hAnsi="NeueSans Pro Normal"/>
          <w:bCs/>
        </w:rPr>
        <w:t xml:space="preserve"> (</w:t>
      </w:r>
      <w:proofErr w:type="spellStart"/>
      <w:r w:rsidRPr="00297AE2">
        <w:rPr>
          <w:rFonts w:ascii="NeueSans Pro Normal" w:hAnsi="NeueSans Pro Normal"/>
          <w:bCs/>
        </w:rPr>
        <w:t>facultatif</w:t>
      </w:r>
      <w:proofErr w:type="spellEnd"/>
      <w:proofErr w:type="gramStart"/>
      <w:r w:rsidRPr="00297AE2">
        <w:rPr>
          <w:rFonts w:ascii="NeueSans Pro Normal" w:hAnsi="NeueSans Pro Normal"/>
          <w:bCs/>
        </w:rPr>
        <w:t>) :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692E53F1" w14:textId="77777777">
        <w:trPr>
          <w:trHeight w:val="260"/>
          <w:jc w:val="center"/>
        </w:trPr>
        <w:tc>
          <w:tcPr>
            <w:tcW w:w="997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B3C1F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 </w:t>
            </w:r>
          </w:p>
        </w:tc>
      </w:tr>
    </w:tbl>
    <w:p w14:paraId="315726DC" w14:textId="77777777" w:rsidR="00C56513" w:rsidRPr="00297AE2" w:rsidRDefault="00CA44EE">
      <w:pPr>
        <w:rPr>
          <w:rFonts w:ascii="NeueSans Pro Normal" w:hAnsi="NeueSans Pro Normal"/>
          <w:bCs/>
          <w:lang w:val="fr-CH"/>
        </w:rPr>
      </w:pPr>
      <w:r w:rsidRPr="00297AE2">
        <w:rPr>
          <w:rFonts w:ascii="NeueSans Pro Normal" w:hAnsi="NeueSans Pro Normal"/>
          <w:bCs/>
          <w:lang w:val="fr-CH"/>
        </w:rPr>
        <w:t xml:space="preserve">Pièces jointes : </w:t>
      </w:r>
      <w:r w:rsidRPr="00297AE2">
        <w:rPr>
          <w:rFonts w:ascii="Segoe UI Symbol" w:hAnsi="Segoe UI Symbol" w:cs="Segoe UI Symbol"/>
          <w:bCs/>
          <w:lang w:val="fr-CH"/>
        </w:rPr>
        <w:t>☐</w:t>
      </w:r>
      <w:r w:rsidRPr="00297AE2">
        <w:rPr>
          <w:rFonts w:ascii="NeueSans Pro Normal" w:hAnsi="NeueSans Pro Normal"/>
          <w:bCs/>
          <w:lang w:val="fr-CH"/>
        </w:rPr>
        <w:t xml:space="preserve"> Non   </w:t>
      </w:r>
      <w:r w:rsidRPr="00297AE2">
        <w:rPr>
          <w:rFonts w:ascii="Segoe UI Symbol" w:hAnsi="Segoe UI Symbol" w:cs="Segoe UI Symbol"/>
          <w:bCs/>
          <w:lang w:val="fr-CH"/>
        </w:rPr>
        <w:t>☐</w:t>
      </w:r>
      <w:r w:rsidRPr="00297AE2">
        <w:rPr>
          <w:rFonts w:ascii="NeueSans Pro Normal" w:hAnsi="NeueSans Pro Normal"/>
          <w:bCs/>
          <w:lang w:val="fr-CH"/>
        </w:rPr>
        <w:t xml:space="preserve"> Oui, lesquelles : 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325BFB09" w14:textId="77777777">
        <w:trPr>
          <w:jc w:val="center"/>
        </w:trPr>
        <w:tc>
          <w:tcPr>
            <w:tcW w:w="9978" w:type="dxa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77A8562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3. Vous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êtes</w:t>
            </w:r>
            <w:proofErr w:type="spellEnd"/>
          </w:p>
        </w:tc>
      </w:tr>
    </w:tbl>
    <w:p w14:paraId="0DBA5A9E" w14:textId="77777777" w:rsidR="00C56513" w:rsidRPr="00297AE2" w:rsidRDefault="00C56513">
      <w:pPr>
        <w:spacing w:after="0"/>
        <w:rPr>
          <w:rFonts w:ascii="NeueSans Pro Normal" w:hAnsi="NeueSans Pro Normal"/>
          <w:bCs/>
        </w:rPr>
      </w:pPr>
    </w:p>
    <w:p w14:paraId="41332AC7" w14:textId="77777777" w:rsidR="00C56513" w:rsidRPr="00297AE2" w:rsidRDefault="00CA44EE">
      <w:pPr>
        <w:rPr>
          <w:rFonts w:ascii="NeueSans Pro Normal" w:hAnsi="NeueSans Pro Normal"/>
          <w:bCs/>
          <w:lang w:val="fr-CH"/>
        </w:rPr>
      </w:pPr>
      <w:r w:rsidRPr="00297AE2">
        <w:rPr>
          <w:rFonts w:ascii="Segoe UI Symbol" w:hAnsi="Segoe UI Symbol" w:cs="Segoe UI Symbol"/>
          <w:bCs/>
          <w:lang w:val="fr-CH"/>
        </w:rPr>
        <w:t>☐</w:t>
      </w:r>
      <w:r w:rsidRPr="00297AE2">
        <w:rPr>
          <w:rFonts w:ascii="NeueSans Pro Normal" w:hAnsi="NeueSans Pro Normal"/>
          <w:bCs/>
          <w:lang w:val="fr-CH"/>
        </w:rPr>
        <w:t xml:space="preserve"> Client ou bénéficiaire    </w:t>
      </w:r>
      <w:r w:rsidRPr="00297AE2">
        <w:rPr>
          <w:rFonts w:ascii="Segoe UI Symbol" w:hAnsi="Segoe UI Symbol" w:cs="Segoe UI Symbol"/>
          <w:bCs/>
          <w:lang w:val="fr-CH"/>
        </w:rPr>
        <w:t>☐</w:t>
      </w:r>
      <w:r w:rsidRPr="00297AE2">
        <w:rPr>
          <w:rFonts w:ascii="NeueSans Pro Normal" w:hAnsi="NeueSans Pro Normal"/>
          <w:bCs/>
          <w:lang w:val="fr-CH"/>
        </w:rPr>
        <w:t xml:space="preserve"> Proche ou repr</w:t>
      </w:r>
      <w:r w:rsidRPr="00297AE2">
        <w:rPr>
          <w:rFonts w:ascii="NeueSans Pro Normal" w:hAnsi="NeueSans Pro Normal" w:cs="NeueSans Pro Normal"/>
          <w:bCs/>
          <w:lang w:val="fr-CH"/>
        </w:rPr>
        <w:t>é</w:t>
      </w:r>
      <w:r w:rsidRPr="00297AE2">
        <w:rPr>
          <w:rFonts w:ascii="NeueSans Pro Normal" w:hAnsi="NeueSans Pro Normal"/>
          <w:bCs/>
          <w:lang w:val="fr-CH"/>
        </w:rPr>
        <w:t>sentant l</w:t>
      </w:r>
      <w:r w:rsidRPr="00297AE2">
        <w:rPr>
          <w:rFonts w:ascii="NeueSans Pro Normal" w:hAnsi="NeueSans Pro Normal" w:cs="NeueSans Pro Normal"/>
          <w:bCs/>
          <w:lang w:val="fr-CH"/>
        </w:rPr>
        <w:t>é</w:t>
      </w:r>
      <w:r w:rsidRPr="00297AE2">
        <w:rPr>
          <w:rFonts w:ascii="NeueSans Pro Normal" w:hAnsi="NeueSans Pro Normal"/>
          <w:bCs/>
          <w:lang w:val="fr-CH"/>
        </w:rPr>
        <w:t xml:space="preserve">gal    </w:t>
      </w:r>
      <w:r w:rsidRPr="00297AE2">
        <w:rPr>
          <w:rFonts w:ascii="Segoe UI Symbol" w:hAnsi="Segoe UI Symbol" w:cs="Segoe UI Symbol"/>
          <w:bCs/>
          <w:lang w:val="fr-CH"/>
        </w:rPr>
        <w:t>☐</w:t>
      </w:r>
      <w:r w:rsidRPr="00297AE2">
        <w:rPr>
          <w:rFonts w:ascii="NeueSans Pro Normal" w:hAnsi="NeueSans Pro Normal"/>
          <w:bCs/>
          <w:lang w:val="fr-CH"/>
        </w:rPr>
        <w:t xml:space="preserve"> B</w:t>
      </w:r>
      <w:r w:rsidRPr="00297AE2">
        <w:rPr>
          <w:rFonts w:ascii="NeueSans Pro Normal" w:hAnsi="NeueSans Pro Normal" w:cs="NeueSans Pro Normal"/>
          <w:bCs/>
          <w:lang w:val="fr-CH"/>
        </w:rPr>
        <w:t>é</w:t>
      </w:r>
      <w:r w:rsidRPr="00297AE2">
        <w:rPr>
          <w:rFonts w:ascii="NeueSans Pro Normal" w:hAnsi="NeueSans Pro Normal"/>
          <w:bCs/>
          <w:lang w:val="fr-CH"/>
        </w:rPr>
        <w:t>n</w:t>
      </w:r>
      <w:r w:rsidRPr="00297AE2">
        <w:rPr>
          <w:rFonts w:ascii="NeueSans Pro Normal" w:hAnsi="NeueSans Pro Normal" w:cs="NeueSans Pro Normal"/>
          <w:bCs/>
          <w:lang w:val="fr-CH"/>
        </w:rPr>
        <w:t>é</w:t>
      </w:r>
      <w:r w:rsidRPr="00297AE2">
        <w:rPr>
          <w:rFonts w:ascii="NeueSans Pro Normal" w:hAnsi="NeueSans Pro Normal"/>
          <w:bCs/>
          <w:lang w:val="fr-CH"/>
        </w:rPr>
        <w:t xml:space="preserve">vole    </w:t>
      </w:r>
      <w:r w:rsidRPr="00297AE2">
        <w:rPr>
          <w:rFonts w:ascii="Segoe UI Symbol" w:hAnsi="Segoe UI Symbol" w:cs="Segoe UI Symbol"/>
          <w:bCs/>
          <w:lang w:val="fr-CH"/>
        </w:rPr>
        <w:t>☐</w:t>
      </w:r>
      <w:r w:rsidRPr="00297AE2">
        <w:rPr>
          <w:rFonts w:ascii="NeueSans Pro Normal" w:hAnsi="NeueSans Pro Normal"/>
          <w:bCs/>
          <w:lang w:val="fr-CH"/>
        </w:rPr>
        <w:t xml:space="preserve"> Partenaire / tiers directement concern</w:t>
      </w:r>
      <w:r w:rsidRPr="00297AE2">
        <w:rPr>
          <w:rFonts w:ascii="NeueSans Pro Normal" w:hAnsi="NeueSans Pro Normal" w:cs="NeueSans Pro Normal"/>
          <w:bCs/>
          <w:lang w:val="fr-CH"/>
        </w:rPr>
        <w:t>é</w:t>
      </w:r>
      <w:r w:rsidRPr="00297AE2">
        <w:rPr>
          <w:rFonts w:ascii="NeueSans Pro Normal" w:hAnsi="NeueSans Pro Normal"/>
          <w:bCs/>
          <w:lang w:val="fr-CH"/>
        </w:rPr>
        <w:t xml:space="preserve">    </w:t>
      </w:r>
      <w:r w:rsidRPr="00297AE2">
        <w:rPr>
          <w:rFonts w:ascii="Segoe UI Symbol" w:hAnsi="Segoe UI Symbol" w:cs="Segoe UI Symbol"/>
          <w:bCs/>
          <w:lang w:val="fr-CH"/>
        </w:rPr>
        <w:t>☐</w:t>
      </w:r>
      <w:r w:rsidRPr="00297AE2">
        <w:rPr>
          <w:rFonts w:ascii="NeueSans Pro Normal" w:hAnsi="NeueSans Pro Normal"/>
          <w:bCs/>
          <w:lang w:val="fr-CH"/>
        </w:rPr>
        <w:t xml:space="preserve"> Autre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1ABBB1DF" w14:textId="77777777">
        <w:trPr>
          <w:jc w:val="center"/>
        </w:trPr>
        <w:tc>
          <w:tcPr>
            <w:tcW w:w="9978" w:type="dxa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FCE3CA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4. Vos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coordonnées</w:t>
            </w:r>
            <w:proofErr w:type="spellEnd"/>
          </w:p>
        </w:tc>
      </w:tr>
    </w:tbl>
    <w:p w14:paraId="2DA38AA9" w14:textId="77777777" w:rsidR="00C56513" w:rsidRPr="00297AE2" w:rsidRDefault="00C56513">
      <w:pPr>
        <w:spacing w:after="0"/>
        <w:rPr>
          <w:rFonts w:ascii="NeueSans Pro Normal" w:hAnsi="NeueSans Pro Normal"/>
          <w:bCs/>
        </w:rPr>
      </w:pPr>
    </w:p>
    <w:p w14:paraId="760B3648" w14:textId="77777777" w:rsidR="00C56513" w:rsidRPr="00297AE2" w:rsidRDefault="00CA44EE">
      <w:pPr>
        <w:rPr>
          <w:rFonts w:ascii="NeueSans Pro Normal" w:hAnsi="NeueSans Pro Normal"/>
          <w:bCs/>
          <w:lang w:val="fr-CH"/>
        </w:rPr>
      </w:pPr>
      <w:r w:rsidRPr="00297AE2">
        <w:rPr>
          <w:rFonts w:ascii="NeueSans Pro Normal" w:hAnsi="NeueSans Pro Normal"/>
          <w:bCs/>
          <w:lang w:val="fr-CH"/>
        </w:rPr>
        <w:t>Vous pouvez rester anonyme. Sans coordonnées, nous ne pourrons toutefois pas vous transmettre de réponse personnelle.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C56513" w:rsidRPr="00297AE2" w14:paraId="4E7F341F" w14:textId="77777777">
        <w:trPr>
          <w:jc w:val="center"/>
        </w:trPr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72E4D89" w14:textId="0B52A158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Nom et </w:t>
            </w:r>
            <w:proofErr w:type="spellStart"/>
            <w:proofErr w:type="gramStart"/>
            <w:r w:rsidRPr="00297AE2">
              <w:rPr>
                <w:rFonts w:ascii="NeueSans Pro Normal" w:hAnsi="NeueSans Pro Normal"/>
                <w:bCs/>
              </w:rPr>
              <w:t>prénom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</w:t>
            </w:r>
          </w:p>
        </w:tc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6615178" w14:textId="7C8A679A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proofErr w:type="spellStart"/>
            <w:proofErr w:type="gramStart"/>
            <w:r w:rsidRPr="00297AE2">
              <w:rPr>
                <w:rFonts w:ascii="NeueSans Pro Normal" w:hAnsi="NeueSans Pro Normal"/>
                <w:bCs/>
              </w:rPr>
              <w:t>Téléphone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__________________________________</w:t>
            </w:r>
          </w:p>
        </w:tc>
      </w:tr>
      <w:tr w:rsidR="00C56513" w:rsidRPr="00297AE2" w14:paraId="4A1D690A" w14:textId="77777777">
        <w:trPr>
          <w:jc w:val="center"/>
        </w:trPr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0FF66B4" w14:textId="665DFD5A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proofErr w:type="spellStart"/>
            <w:proofErr w:type="gramStart"/>
            <w:r w:rsidRPr="00297AE2">
              <w:rPr>
                <w:rFonts w:ascii="NeueSans Pro Normal" w:hAnsi="NeueSans Pro Normal"/>
                <w:bCs/>
              </w:rPr>
              <w:t>Adresse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____________________________________</w:t>
            </w:r>
          </w:p>
        </w:tc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113A7E8" w14:textId="0C3A8030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NPA / </w:t>
            </w:r>
            <w:proofErr w:type="spellStart"/>
            <w:proofErr w:type="gramStart"/>
            <w:r w:rsidRPr="00297AE2">
              <w:rPr>
                <w:rFonts w:ascii="NeueSans Pro Normal" w:hAnsi="NeueSans Pro Normal"/>
                <w:bCs/>
              </w:rPr>
              <w:t>Localité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:</w:t>
            </w:r>
            <w:proofErr w:type="gramEnd"/>
            <w:r w:rsid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</w:t>
            </w:r>
          </w:p>
        </w:tc>
      </w:tr>
      <w:tr w:rsidR="00C56513" w:rsidRPr="00297AE2" w14:paraId="477FA0DB" w14:textId="77777777">
        <w:trPr>
          <w:jc w:val="center"/>
        </w:trPr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553904E" w14:textId="21871864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proofErr w:type="gramStart"/>
            <w:r w:rsidRPr="00297AE2">
              <w:rPr>
                <w:rFonts w:ascii="NeueSans Pro Normal" w:hAnsi="NeueSans Pro Normal"/>
                <w:bCs/>
              </w:rPr>
              <w:t>E-mail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_____________________________________</w:t>
            </w:r>
          </w:p>
        </w:tc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1D3DAD9" w14:textId="77777777" w:rsidR="00C56513" w:rsidRPr="00297AE2" w:rsidRDefault="00C56513">
            <w:pPr>
              <w:rPr>
                <w:rFonts w:ascii="NeueSans Pro Normal" w:hAnsi="NeueSans Pro Normal"/>
                <w:bCs/>
              </w:rPr>
            </w:pPr>
          </w:p>
        </w:tc>
      </w:tr>
    </w:tbl>
    <w:p w14:paraId="064ACC3A" w14:textId="77777777" w:rsidR="00C56513" w:rsidRPr="00297AE2" w:rsidRDefault="00CA44EE">
      <w:pPr>
        <w:rPr>
          <w:rFonts w:ascii="NeueSans Pro Normal" w:hAnsi="NeueSans Pro Normal"/>
          <w:bCs/>
        </w:rPr>
      </w:pPr>
      <w:proofErr w:type="gramStart"/>
      <w:r w:rsidRPr="00297AE2">
        <w:rPr>
          <w:rFonts w:ascii="NeueSans Pro Normal" w:hAnsi="NeueSans Pro Normal"/>
          <w:bCs/>
        </w:rPr>
        <w:t>Date :</w:t>
      </w:r>
      <w:proofErr w:type="gramEnd"/>
      <w:r w:rsidRPr="00297AE2">
        <w:rPr>
          <w:rFonts w:ascii="NeueSans Pro Normal" w:hAnsi="NeueSans Pro Normal"/>
          <w:bCs/>
        </w:rPr>
        <w:t xml:space="preserve"> ____________________      Signature (facultative</w:t>
      </w:r>
      <w:proofErr w:type="gramStart"/>
      <w:r w:rsidRPr="00297AE2">
        <w:rPr>
          <w:rFonts w:ascii="NeueSans Pro Normal" w:hAnsi="NeueSans Pro Normal"/>
          <w:bCs/>
        </w:rPr>
        <w:t>) :</w:t>
      </w:r>
      <w:proofErr w:type="gramEnd"/>
      <w:r w:rsidRPr="00297AE2">
        <w:rPr>
          <w:rFonts w:ascii="NeueSans Pro Normal" w:hAnsi="NeueSans Pro Normal"/>
          <w:bCs/>
        </w:rPr>
        <w:t xml:space="preserve"> ____________________________________</w:t>
      </w:r>
    </w:p>
    <w:p w14:paraId="7AD91AC1" w14:textId="77777777" w:rsidR="00C56513" w:rsidRPr="00297AE2" w:rsidRDefault="00CA44EE">
      <w:pPr>
        <w:pStyle w:val="Titre"/>
        <w:rPr>
          <w:rFonts w:ascii="NeueSans Pro Normal" w:hAnsi="NeueSans Pro Normal"/>
          <w:b w:val="0"/>
          <w:bCs/>
        </w:rPr>
      </w:pPr>
      <w:proofErr w:type="spellStart"/>
      <w:r w:rsidRPr="00297AE2">
        <w:rPr>
          <w:rFonts w:ascii="NeueSans Pro Normal" w:hAnsi="NeueSans Pro Normal"/>
          <w:b w:val="0"/>
          <w:bCs/>
        </w:rPr>
        <w:lastRenderedPageBreak/>
        <w:t>Beschwerdeformular</w:t>
      </w:r>
      <w:proofErr w:type="spellEnd"/>
    </w:p>
    <w:p w14:paraId="75E456D2" w14:textId="77777777" w:rsidR="00C56513" w:rsidRPr="00297AE2" w:rsidRDefault="00CA44EE">
      <w:pPr>
        <w:spacing w:after="160"/>
        <w:rPr>
          <w:rFonts w:ascii="NeueSans Pro Normal" w:hAnsi="NeueSans Pro Normal"/>
          <w:bCs/>
          <w:lang w:val="de-CH"/>
        </w:rPr>
      </w:pPr>
      <w:r w:rsidRPr="00297AE2">
        <w:rPr>
          <w:rFonts w:ascii="NeueSans Pro Normal" w:hAnsi="NeueSans Pro Normal"/>
          <w:bCs/>
          <w:lang w:val="de-CH"/>
        </w:rPr>
        <w:t xml:space="preserve">Mit diesem Formular können Sie eine klar formulierte Unzufriedenheit im Zusammenhang mit einer Leistung von Pro </w:t>
      </w:r>
      <w:proofErr w:type="spellStart"/>
      <w:r w:rsidRPr="00297AE2">
        <w:rPr>
          <w:rFonts w:ascii="NeueSans Pro Normal" w:hAnsi="NeueSans Pro Normal"/>
          <w:bCs/>
          <w:lang w:val="de-CH"/>
        </w:rPr>
        <w:t>Senectute</w:t>
      </w:r>
      <w:proofErr w:type="spellEnd"/>
      <w:r w:rsidRPr="00297AE2">
        <w:rPr>
          <w:rFonts w:ascii="NeueSans Pro Normal" w:hAnsi="NeueSans Pro Normal"/>
          <w:bCs/>
          <w:lang w:val="de-CH"/>
        </w:rPr>
        <w:t xml:space="preserve"> </w:t>
      </w:r>
      <w:proofErr w:type="spellStart"/>
      <w:r w:rsidRPr="00297AE2">
        <w:rPr>
          <w:rFonts w:ascii="NeueSans Pro Normal" w:hAnsi="NeueSans Pro Normal"/>
          <w:bCs/>
          <w:lang w:val="de-CH"/>
        </w:rPr>
        <w:t>Valais</w:t>
      </w:r>
      <w:proofErr w:type="spellEnd"/>
      <w:r w:rsidRPr="00297AE2">
        <w:rPr>
          <w:rFonts w:ascii="NeueSans Pro Normal" w:hAnsi="NeueSans Pro Normal"/>
          <w:bCs/>
          <w:lang w:val="de-CH"/>
        </w:rPr>
        <w:t>-Wallis melden. Das Formular kann in einem unserer Büros im Wallis abgegeben oder an info@vs.prosenectute.ch gesendet werden. Eine Beschwerde kann auch mündlich, telefonisch oder bei einer beliebigen mitarbeitenden Person eingereicht werden.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"/>
        <w:gridCol w:w="4876"/>
        <w:gridCol w:w="5042"/>
        <w:gridCol w:w="60"/>
        <w:gridCol w:w="230"/>
      </w:tblGrid>
      <w:tr w:rsidR="00C56513" w:rsidRPr="00297AE2" w14:paraId="5FB4EA59" w14:textId="77777777">
        <w:trPr>
          <w:gridAfter w:val="2"/>
          <w:wAfter w:w="290" w:type="dxa"/>
          <w:jc w:val="center"/>
        </w:trPr>
        <w:tc>
          <w:tcPr>
            <w:tcW w:w="9978" w:type="dxa"/>
            <w:gridSpan w:val="3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3E3A81B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1.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Betroffene</w:t>
            </w:r>
            <w:proofErr w:type="spellEnd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Leistung</w:t>
            </w:r>
            <w:proofErr w:type="spellEnd"/>
          </w:p>
        </w:tc>
      </w:tr>
      <w:tr w:rsidR="00C56513" w:rsidRPr="00297AE2" w14:paraId="02C318FD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167F06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Sozialberatung</w:t>
            </w:r>
            <w:proofErr w:type="spellEnd"/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13C6EC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Beistandschaften</w:t>
            </w:r>
            <w:proofErr w:type="spellEnd"/>
          </w:p>
        </w:tc>
      </w:tr>
      <w:tr w:rsidR="00C56513" w:rsidRPr="00297AE2" w14:paraId="0B6C446A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A25FCE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Pensionsvorbereitung</w:t>
            </w:r>
            <w:proofErr w:type="spellEnd"/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4216AA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Kurse</w:t>
            </w:r>
            <w:proofErr w:type="spellEnd"/>
          </w:p>
        </w:tc>
      </w:tr>
      <w:tr w:rsidR="00C56513" w:rsidRPr="00297AE2" w14:paraId="57AE37E7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894304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Animation</w:t>
            </w:r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DCC63F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Sport und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Bewegung</w:t>
            </w:r>
            <w:proofErr w:type="spellEnd"/>
          </w:p>
        </w:tc>
      </w:tr>
      <w:tr w:rsidR="00C56513" w:rsidRPr="00297AE2" w14:paraId="7DEC3500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A36AAA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Administration</w:t>
            </w:r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53FDC1F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Finanzen</w:t>
            </w:r>
            <w:proofErr w:type="spellEnd"/>
          </w:p>
        </w:tc>
      </w:tr>
      <w:tr w:rsidR="00C56513" w:rsidRPr="00297AE2" w14:paraId="30AB70B6" w14:textId="77777777" w:rsidTr="00073D00">
        <w:trPr>
          <w:gridBefore w:val="1"/>
          <w:wBefore w:w="60" w:type="dxa"/>
          <w:jc w:val="center"/>
        </w:trPr>
        <w:tc>
          <w:tcPr>
            <w:tcW w:w="487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BA337D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Dienstleistungen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–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Hilfe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proofErr w:type="spellStart"/>
            <w:r w:rsidRPr="00297AE2">
              <w:rPr>
                <w:rFonts w:ascii="NeueSans Pro Normal" w:hAnsi="NeueSans Pro Normal"/>
                <w:bCs/>
              </w:rPr>
              <w:t>zu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Hause</w:t>
            </w:r>
          </w:p>
        </w:tc>
        <w:tc>
          <w:tcPr>
            <w:tcW w:w="5332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56313B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Segoe UI Symbol" w:hAnsi="Segoe UI Symbol" w:cs="Segoe UI Symbol"/>
                <w:bCs/>
              </w:rPr>
              <w:t>☐</w:t>
            </w:r>
            <w:r w:rsidRPr="00297AE2">
              <w:rPr>
                <w:rFonts w:ascii="NeueSans Pro Normal" w:hAnsi="NeueSans Pro Normal"/>
                <w:bCs/>
              </w:rPr>
              <w:t xml:space="preserve"> Andere / Weiss nicht</w:t>
            </w:r>
          </w:p>
        </w:tc>
      </w:tr>
      <w:tr w:rsidR="00C56513" w:rsidRPr="00297AE2" w14:paraId="452581A0" w14:textId="77777777">
        <w:trPr>
          <w:gridBefore w:val="1"/>
          <w:gridAfter w:val="1"/>
          <w:wBefore w:w="60" w:type="dxa"/>
          <w:wAfter w:w="230" w:type="dxa"/>
          <w:jc w:val="center"/>
        </w:trPr>
        <w:tc>
          <w:tcPr>
            <w:tcW w:w="9978" w:type="dxa"/>
            <w:gridSpan w:val="3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C0FCC83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2.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Ihre</w:t>
            </w:r>
            <w:proofErr w:type="spellEnd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Beschwerde</w:t>
            </w:r>
            <w:proofErr w:type="spellEnd"/>
          </w:p>
        </w:tc>
      </w:tr>
    </w:tbl>
    <w:p w14:paraId="4AEAAE44" w14:textId="77777777" w:rsidR="00C56513" w:rsidRPr="00297AE2" w:rsidRDefault="00C56513">
      <w:pPr>
        <w:spacing w:after="0"/>
        <w:rPr>
          <w:rFonts w:ascii="NeueSans Pro Normal" w:hAnsi="NeueSans Pro Normal"/>
          <w:bCs/>
          <w:sz w:val="16"/>
          <w:szCs w:val="16"/>
        </w:rPr>
      </w:pPr>
    </w:p>
    <w:p w14:paraId="282C4A0F" w14:textId="77777777" w:rsidR="00C56513" w:rsidRPr="00297AE2" w:rsidRDefault="00CA44EE">
      <w:pPr>
        <w:rPr>
          <w:rFonts w:ascii="NeueSans Pro Normal" w:hAnsi="NeueSans Pro Normal"/>
          <w:bCs/>
        </w:rPr>
      </w:pPr>
      <w:r w:rsidRPr="00297AE2">
        <w:rPr>
          <w:rFonts w:ascii="NeueSans Pro Normal" w:hAnsi="NeueSans Pro Normal"/>
          <w:bCs/>
        </w:rPr>
        <w:t xml:space="preserve">Datum des </w:t>
      </w:r>
      <w:proofErr w:type="spellStart"/>
      <w:r w:rsidRPr="00297AE2">
        <w:rPr>
          <w:rFonts w:ascii="NeueSans Pro Normal" w:hAnsi="NeueSans Pro Normal"/>
          <w:bCs/>
        </w:rPr>
        <w:t>betreffenden</w:t>
      </w:r>
      <w:proofErr w:type="spellEnd"/>
      <w:r w:rsidRPr="00297AE2">
        <w:rPr>
          <w:rFonts w:ascii="NeueSans Pro Normal" w:hAnsi="NeueSans Pro Normal"/>
          <w:bCs/>
        </w:rPr>
        <w:t xml:space="preserve"> </w:t>
      </w:r>
      <w:proofErr w:type="spellStart"/>
      <w:r w:rsidRPr="00297AE2">
        <w:rPr>
          <w:rFonts w:ascii="NeueSans Pro Normal" w:hAnsi="NeueSans Pro Normal"/>
          <w:bCs/>
        </w:rPr>
        <w:t>Ereignisses</w:t>
      </w:r>
      <w:proofErr w:type="spellEnd"/>
      <w:r w:rsidRPr="00297AE2">
        <w:rPr>
          <w:rFonts w:ascii="NeueSans Pro Normal" w:hAnsi="NeueSans Pro Normal"/>
          <w:bCs/>
        </w:rPr>
        <w:t>: ____________________</w:t>
      </w:r>
    </w:p>
    <w:p w14:paraId="4621F5BE" w14:textId="77777777" w:rsidR="00C56513" w:rsidRPr="00297AE2" w:rsidRDefault="00CA44EE">
      <w:pPr>
        <w:rPr>
          <w:rFonts w:ascii="NeueSans Pro Normal" w:hAnsi="NeueSans Pro Normal"/>
          <w:bCs/>
        </w:rPr>
      </w:pPr>
      <w:r w:rsidRPr="00297AE2">
        <w:rPr>
          <w:rFonts w:ascii="NeueSans Pro Normal" w:hAnsi="NeueSans Pro Normal"/>
          <w:bCs/>
        </w:rPr>
        <w:t xml:space="preserve">Was </w:t>
      </w:r>
      <w:proofErr w:type="spellStart"/>
      <w:r w:rsidRPr="00297AE2">
        <w:rPr>
          <w:rFonts w:ascii="NeueSans Pro Normal" w:hAnsi="NeueSans Pro Normal"/>
          <w:bCs/>
        </w:rPr>
        <w:t>ist</w:t>
      </w:r>
      <w:proofErr w:type="spellEnd"/>
      <w:r w:rsidRPr="00297AE2">
        <w:rPr>
          <w:rFonts w:ascii="NeueSans Pro Normal" w:hAnsi="NeueSans Pro Normal"/>
          <w:bCs/>
        </w:rPr>
        <w:t xml:space="preserve"> </w:t>
      </w:r>
      <w:proofErr w:type="spellStart"/>
      <w:r w:rsidRPr="00297AE2">
        <w:rPr>
          <w:rFonts w:ascii="NeueSans Pro Normal" w:hAnsi="NeueSans Pro Normal"/>
          <w:bCs/>
        </w:rPr>
        <w:t>geschehen</w:t>
      </w:r>
      <w:proofErr w:type="spellEnd"/>
      <w:r w:rsidRPr="00297AE2">
        <w:rPr>
          <w:rFonts w:ascii="NeueSans Pro Normal" w:hAnsi="NeueSans Pro Normal"/>
          <w:bCs/>
        </w:rPr>
        <w:t>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0AE3E012" w14:textId="77777777">
        <w:trPr>
          <w:trHeight w:val="780"/>
          <w:jc w:val="center"/>
        </w:trPr>
        <w:tc>
          <w:tcPr>
            <w:tcW w:w="997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D6121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 </w:t>
            </w:r>
          </w:p>
        </w:tc>
      </w:tr>
    </w:tbl>
    <w:p w14:paraId="6317C50A" w14:textId="77777777" w:rsidR="00C56513" w:rsidRPr="00297AE2" w:rsidRDefault="00CA44EE">
      <w:pPr>
        <w:rPr>
          <w:rFonts w:ascii="NeueSans Pro Normal" w:hAnsi="NeueSans Pro Normal"/>
          <w:bCs/>
          <w:lang w:val="de-CH"/>
        </w:rPr>
      </w:pPr>
      <w:r w:rsidRPr="00297AE2">
        <w:rPr>
          <w:rFonts w:ascii="NeueSans Pro Normal" w:hAnsi="NeueSans Pro Normal"/>
          <w:bCs/>
          <w:lang w:val="de-CH"/>
        </w:rPr>
        <w:t xml:space="preserve">Was erwarten Sie von Pro </w:t>
      </w:r>
      <w:proofErr w:type="spellStart"/>
      <w:r w:rsidRPr="00297AE2">
        <w:rPr>
          <w:rFonts w:ascii="NeueSans Pro Normal" w:hAnsi="NeueSans Pro Normal"/>
          <w:bCs/>
          <w:lang w:val="de-CH"/>
        </w:rPr>
        <w:t>Senectute</w:t>
      </w:r>
      <w:proofErr w:type="spellEnd"/>
      <w:r w:rsidRPr="00297AE2">
        <w:rPr>
          <w:rFonts w:ascii="NeueSans Pro Normal" w:hAnsi="NeueSans Pro Normal"/>
          <w:bCs/>
          <w:lang w:val="de-CH"/>
        </w:rPr>
        <w:t xml:space="preserve"> </w:t>
      </w:r>
      <w:proofErr w:type="spellStart"/>
      <w:r w:rsidRPr="00297AE2">
        <w:rPr>
          <w:rFonts w:ascii="NeueSans Pro Normal" w:hAnsi="NeueSans Pro Normal"/>
          <w:bCs/>
          <w:lang w:val="de-CH"/>
        </w:rPr>
        <w:t>Valais</w:t>
      </w:r>
      <w:proofErr w:type="spellEnd"/>
      <w:r w:rsidRPr="00297AE2">
        <w:rPr>
          <w:rFonts w:ascii="NeueSans Pro Normal" w:hAnsi="NeueSans Pro Normal"/>
          <w:bCs/>
          <w:lang w:val="de-CH"/>
        </w:rPr>
        <w:t>-Wallis?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6818996F" w14:textId="77777777">
        <w:trPr>
          <w:trHeight w:val="260"/>
          <w:jc w:val="center"/>
        </w:trPr>
        <w:tc>
          <w:tcPr>
            <w:tcW w:w="997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EFACF" w14:textId="77777777" w:rsidR="00C56513" w:rsidRPr="00297AE2" w:rsidRDefault="00CA44EE">
            <w:pPr>
              <w:rPr>
                <w:rFonts w:ascii="NeueSans Pro Normal" w:hAnsi="NeueSans Pro Normal"/>
                <w:bCs/>
                <w:lang w:val="de-CH"/>
              </w:rPr>
            </w:pPr>
            <w:r w:rsidRPr="00297AE2">
              <w:rPr>
                <w:rFonts w:ascii="NeueSans Pro Normal" w:hAnsi="NeueSans Pro Normal"/>
                <w:bCs/>
                <w:lang w:val="de-CH"/>
              </w:rPr>
              <w:t xml:space="preserve"> </w:t>
            </w:r>
          </w:p>
        </w:tc>
      </w:tr>
    </w:tbl>
    <w:p w14:paraId="12C3270C" w14:textId="77777777" w:rsidR="00C56513" w:rsidRPr="00297AE2" w:rsidRDefault="00CA44EE">
      <w:pPr>
        <w:rPr>
          <w:rFonts w:ascii="NeueSans Pro Normal" w:hAnsi="NeueSans Pro Normal"/>
          <w:bCs/>
        </w:rPr>
      </w:pPr>
      <w:proofErr w:type="spellStart"/>
      <w:r w:rsidRPr="00297AE2">
        <w:rPr>
          <w:rFonts w:ascii="NeueSans Pro Normal" w:hAnsi="NeueSans Pro Normal"/>
          <w:bCs/>
        </w:rPr>
        <w:t>Verbesserungsvorschlag</w:t>
      </w:r>
      <w:proofErr w:type="spellEnd"/>
      <w:r w:rsidRPr="00297AE2">
        <w:rPr>
          <w:rFonts w:ascii="NeueSans Pro Normal" w:hAnsi="NeueSans Pro Normal"/>
          <w:bCs/>
        </w:rPr>
        <w:t xml:space="preserve"> (</w:t>
      </w:r>
      <w:proofErr w:type="spellStart"/>
      <w:r w:rsidRPr="00297AE2">
        <w:rPr>
          <w:rFonts w:ascii="NeueSans Pro Normal" w:hAnsi="NeueSans Pro Normal"/>
          <w:bCs/>
        </w:rPr>
        <w:t>freiwillig</w:t>
      </w:r>
      <w:proofErr w:type="spellEnd"/>
      <w:r w:rsidRPr="00297AE2">
        <w:rPr>
          <w:rFonts w:ascii="NeueSans Pro Normal" w:hAnsi="NeueSans Pro Normal"/>
          <w:bCs/>
        </w:rPr>
        <w:t>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7D4FD0EC" w14:textId="77777777">
        <w:trPr>
          <w:trHeight w:val="260"/>
          <w:jc w:val="center"/>
        </w:trPr>
        <w:tc>
          <w:tcPr>
            <w:tcW w:w="997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DA42A" w14:textId="77777777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 </w:t>
            </w:r>
          </w:p>
        </w:tc>
      </w:tr>
    </w:tbl>
    <w:p w14:paraId="7A0EDCA0" w14:textId="77777777" w:rsidR="00C56513" w:rsidRPr="00297AE2" w:rsidRDefault="00CA44EE">
      <w:pPr>
        <w:rPr>
          <w:rFonts w:ascii="NeueSans Pro Normal" w:hAnsi="NeueSans Pro Normal"/>
          <w:bCs/>
        </w:rPr>
      </w:pPr>
      <w:proofErr w:type="spellStart"/>
      <w:r w:rsidRPr="00297AE2">
        <w:rPr>
          <w:rFonts w:ascii="NeueSans Pro Normal" w:hAnsi="NeueSans Pro Normal"/>
          <w:bCs/>
        </w:rPr>
        <w:t>Beilagen</w:t>
      </w:r>
      <w:proofErr w:type="spellEnd"/>
      <w:r w:rsidRPr="00297AE2">
        <w:rPr>
          <w:rFonts w:ascii="NeueSans Pro Normal" w:hAnsi="NeueSans Pro Normal"/>
          <w:bCs/>
        </w:rPr>
        <w:t xml:space="preserve">: </w:t>
      </w:r>
      <w:r w:rsidRPr="00297AE2">
        <w:rPr>
          <w:rFonts w:ascii="Segoe UI Symbol" w:hAnsi="Segoe UI Symbol" w:cs="Segoe UI Symbol"/>
          <w:bCs/>
        </w:rPr>
        <w:t>☐</w:t>
      </w:r>
      <w:r w:rsidRPr="00297AE2">
        <w:rPr>
          <w:rFonts w:ascii="NeueSans Pro Normal" w:hAnsi="NeueSans Pro Normal"/>
          <w:bCs/>
        </w:rPr>
        <w:t xml:space="preserve"> Nein   </w:t>
      </w:r>
      <w:r w:rsidRPr="00297AE2">
        <w:rPr>
          <w:rFonts w:ascii="Segoe UI Symbol" w:hAnsi="Segoe UI Symbol" w:cs="Segoe UI Symbol"/>
          <w:bCs/>
        </w:rPr>
        <w:t>☐</w:t>
      </w:r>
      <w:r w:rsidRPr="00297AE2">
        <w:rPr>
          <w:rFonts w:ascii="NeueSans Pro Normal" w:hAnsi="NeueSans Pro Normal"/>
          <w:bCs/>
        </w:rPr>
        <w:t xml:space="preserve"> Ja, </w:t>
      </w:r>
      <w:proofErr w:type="spellStart"/>
      <w:r w:rsidRPr="00297AE2">
        <w:rPr>
          <w:rFonts w:ascii="NeueSans Pro Normal" w:hAnsi="NeueSans Pro Normal"/>
          <w:bCs/>
        </w:rPr>
        <w:t>welche</w:t>
      </w:r>
      <w:proofErr w:type="spellEnd"/>
      <w:r w:rsidRPr="00297AE2">
        <w:rPr>
          <w:rFonts w:ascii="NeueSans Pro Normal" w:hAnsi="NeueSans Pro Normal"/>
          <w:bCs/>
        </w:rPr>
        <w:t>: 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65BE01A4" w14:textId="77777777">
        <w:trPr>
          <w:jc w:val="center"/>
        </w:trPr>
        <w:tc>
          <w:tcPr>
            <w:tcW w:w="9978" w:type="dxa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732DFBC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3. Sie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sind</w:t>
            </w:r>
            <w:proofErr w:type="spellEnd"/>
          </w:p>
        </w:tc>
      </w:tr>
    </w:tbl>
    <w:p w14:paraId="4551E252" w14:textId="77777777" w:rsidR="00C56513" w:rsidRPr="00297AE2" w:rsidRDefault="00C56513">
      <w:pPr>
        <w:spacing w:after="0"/>
        <w:rPr>
          <w:rFonts w:ascii="NeueSans Pro Normal" w:hAnsi="NeueSans Pro Normal"/>
          <w:bCs/>
          <w:sz w:val="16"/>
          <w:szCs w:val="16"/>
        </w:rPr>
      </w:pPr>
    </w:p>
    <w:p w14:paraId="71643349" w14:textId="77777777" w:rsidR="00C56513" w:rsidRPr="00297AE2" w:rsidRDefault="00CA44EE">
      <w:pPr>
        <w:rPr>
          <w:rFonts w:ascii="NeueSans Pro Normal" w:hAnsi="NeueSans Pro Normal"/>
          <w:bCs/>
          <w:lang w:val="de-CH"/>
        </w:rPr>
      </w:pPr>
      <w:r w:rsidRPr="00297AE2">
        <w:rPr>
          <w:rFonts w:ascii="Segoe UI Symbol" w:hAnsi="Segoe UI Symbol" w:cs="Segoe UI Symbol"/>
          <w:bCs/>
          <w:lang w:val="de-CH"/>
        </w:rPr>
        <w:t>☐</w:t>
      </w:r>
      <w:r w:rsidRPr="00297AE2">
        <w:rPr>
          <w:rFonts w:ascii="NeueSans Pro Normal" w:hAnsi="NeueSans Pro Normal"/>
          <w:bCs/>
          <w:lang w:val="de-CH"/>
        </w:rPr>
        <w:t xml:space="preserve"> Klientin/Klient oder leistungsbeziehende Person    </w:t>
      </w:r>
      <w:r w:rsidRPr="00297AE2">
        <w:rPr>
          <w:rFonts w:ascii="Segoe UI Symbol" w:hAnsi="Segoe UI Symbol" w:cs="Segoe UI Symbol"/>
          <w:bCs/>
          <w:lang w:val="de-CH"/>
        </w:rPr>
        <w:t>☐</w:t>
      </w:r>
      <w:r w:rsidRPr="00297AE2">
        <w:rPr>
          <w:rFonts w:ascii="NeueSans Pro Normal" w:hAnsi="NeueSans Pro Normal"/>
          <w:bCs/>
          <w:lang w:val="de-CH"/>
        </w:rPr>
        <w:t xml:space="preserve"> Angeh</w:t>
      </w:r>
      <w:r w:rsidRPr="00297AE2">
        <w:rPr>
          <w:rFonts w:ascii="NeueSans Pro Normal" w:hAnsi="NeueSans Pro Normal" w:cs="NeueSans Pro Normal"/>
          <w:bCs/>
          <w:lang w:val="de-CH"/>
        </w:rPr>
        <w:t>ö</w:t>
      </w:r>
      <w:r w:rsidRPr="00297AE2">
        <w:rPr>
          <w:rFonts w:ascii="NeueSans Pro Normal" w:hAnsi="NeueSans Pro Normal"/>
          <w:bCs/>
          <w:lang w:val="de-CH"/>
        </w:rPr>
        <w:t xml:space="preserve">rige oder gesetzliche Vertretung    </w:t>
      </w:r>
      <w:r w:rsidRPr="00297AE2">
        <w:rPr>
          <w:rFonts w:ascii="Segoe UI Symbol" w:hAnsi="Segoe UI Symbol" w:cs="Segoe UI Symbol"/>
          <w:bCs/>
          <w:lang w:val="de-CH"/>
        </w:rPr>
        <w:t>☐</w:t>
      </w:r>
      <w:r w:rsidRPr="00297AE2">
        <w:rPr>
          <w:rFonts w:ascii="NeueSans Pro Normal" w:hAnsi="NeueSans Pro Normal"/>
          <w:bCs/>
          <w:lang w:val="de-CH"/>
        </w:rPr>
        <w:t xml:space="preserve"> Freiwillige Person    </w:t>
      </w:r>
      <w:r w:rsidRPr="00297AE2">
        <w:rPr>
          <w:rFonts w:ascii="Segoe UI Symbol" w:hAnsi="Segoe UI Symbol" w:cs="Segoe UI Symbol"/>
          <w:bCs/>
          <w:lang w:val="de-CH"/>
        </w:rPr>
        <w:t>☐</w:t>
      </w:r>
      <w:r w:rsidRPr="00297AE2">
        <w:rPr>
          <w:rFonts w:ascii="NeueSans Pro Normal" w:hAnsi="NeueSans Pro Normal"/>
          <w:bCs/>
          <w:lang w:val="de-CH"/>
        </w:rPr>
        <w:t xml:space="preserve"> Partner / direkt betroffene Drittperson    </w:t>
      </w:r>
      <w:r w:rsidRPr="00297AE2">
        <w:rPr>
          <w:rFonts w:ascii="Segoe UI Symbol" w:hAnsi="Segoe UI Symbol" w:cs="Segoe UI Symbol"/>
          <w:bCs/>
          <w:lang w:val="de-CH"/>
        </w:rPr>
        <w:t>☐</w:t>
      </w:r>
      <w:r w:rsidRPr="00297AE2">
        <w:rPr>
          <w:rFonts w:ascii="NeueSans Pro Normal" w:hAnsi="NeueSans Pro Normal"/>
          <w:bCs/>
          <w:lang w:val="de-CH"/>
        </w:rPr>
        <w:t xml:space="preserve"> Andere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56513" w:rsidRPr="00297AE2" w14:paraId="0D32B860" w14:textId="77777777">
        <w:trPr>
          <w:jc w:val="center"/>
        </w:trPr>
        <w:tc>
          <w:tcPr>
            <w:tcW w:w="9978" w:type="dxa"/>
            <w:shd w:val="clear" w:color="auto" w:fill="007E7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C106D02" w14:textId="77777777" w:rsidR="00C56513" w:rsidRPr="00297AE2" w:rsidRDefault="00CA44EE" w:rsidP="00297AE2">
            <w:pPr>
              <w:spacing w:after="0"/>
              <w:rPr>
                <w:rFonts w:ascii="NeueSans Pro Bold" w:hAnsi="NeueSans Pro Bold"/>
                <w:bCs/>
                <w:color w:val="FFFFFF"/>
                <w:sz w:val="21"/>
              </w:rPr>
            </w:pPr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4.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Ihre</w:t>
            </w:r>
            <w:proofErr w:type="spellEnd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 xml:space="preserve"> </w:t>
            </w:r>
            <w:proofErr w:type="spellStart"/>
            <w:r w:rsidRPr="00297AE2">
              <w:rPr>
                <w:rFonts w:ascii="NeueSans Pro Bold" w:hAnsi="NeueSans Pro Bold"/>
                <w:bCs/>
                <w:color w:val="FFFFFF"/>
                <w:sz w:val="21"/>
              </w:rPr>
              <w:t>Kontaktdaten</w:t>
            </w:r>
            <w:proofErr w:type="spellEnd"/>
          </w:p>
        </w:tc>
      </w:tr>
    </w:tbl>
    <w:p w14:paraId="6DD7FBC3" w14:textId="77777777" w:rsidR="00C56513" w:rsidRPr="00297AE2" w:rsidRDefault="00C56513">
      <w:pPr>
        <w:spacing w:after="0"/>
        <w:rPr>
          <w:rFonts w:ascii="NeueSans Pro Normal" w:hAnsi="NeueSans Pro Normal"/>
          <w:bCs/>
          <w:sz w:val="16"/>
          <w:szCs w:val="16"/>
        </w:rPr>
      </w:pPr>
    </w:p>
    <w:p w14:paraId="11E24D39" w14:textId="77777777" w:rsidR="00C56513" w:rsidRPr="00297AE2" w:rsidRDefault="00CA44EE">
      <w:pPr>
        <w:rPr>
          <w:rFonts w:ascii="NeueSans Pro Normal" w:hAnsi="NeueSans Pro Normal"/>
          <w:bCs/>
          <w:lang w:val="de-CH"/>
        </w:rPr>
      </w:pPr>
      <w:r w:rsidRPr="00297AE2">
        <w:rPr>
          <w:rFonts w:ascii="NeueSans Pro Normal" w:hAnsi="NeueSans Pro Normal"/>
          <w:bCs/>
          <w:lang w:val="de-CH"/>
        </w:rPr>
        <w:t>Sie können anonym bleiben. Ohne Kontaktdaten können wir Ihnen jedoch keine persönliche Antwort zukommen lassen.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C56513" w:rsidRPr="00297AE2" w14:paraId="27811D1E" w14:textId="77777777">
        <w:trPr>
          <w:jc w:val="center"/>
        </w:trPr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1B92E0B" w14:textId="319FB7E8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Name und </w:t>
            </w:r>
            <w:proofErr w:type="spellStart"/>
            <w:proofErr w:type="gramStart"/>
            <w:r w:rsidRPr="00297AE2">
              <w:rPr>
                <w:rFonts w:ascii="NeueSans Pro Normal" w:hAnsi="NeueSans Pro Normal"/>
                <w:bCs/>
              </w:rPr>
              <w:t>Vorname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</w:t>
            </w:r>
          </w:p>
        </w:tc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8282787" w14:textId="4B8AF425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proofErr w:type="spellStart"/>
            <w:proofErr w:type="gramStart"/>
            <w:r w:rsidRPr="00297AE2">
              <w:rPr>
                <w:rFonts w:ascii="NeueSans Pro Normal" w:hAnsi="NeueSans Pro Normal"/>
                <w:bCs/>
              </w:rPr>
              <w:t>Telefon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____________________________________</w:t>
            </w:r>
          </w:p>
        </w:tc>
      </w:tr>
      <w:tr w:rsidR="00C56513" w:rsidRPr="00297AE2" w14:paraId="5A90ACEE" w14:textId="77777777">
        <w:trPr>
          <w:jc w:val="center"/>
        </w:trPr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F46CEC8" w14:textId="1145ACFC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proofErr w:type="spellStart"/>
            <w:proofErr w:type="gramStart"/>
            <w:r w:rsidRPr="00297AE2">
              <w:rPr>
                <w:rFonts w:ascii="NeueSans Pro Normal" w:hAnsi="NeueSans Pro Normal"/>
                <w:bCs/>
              </w:rPr>
              <w:t>Adresse</w:t>
            </w:r>
            <w:proofErr w:type="spellEnd"/>
            <w:r w:rsidRPr="00297AE2">
              <w:rPr>
                <w:rFonts w:ascii="NeueSans Pro Normal" w:hAnsi="NeueSans Pro Normal"/>
                <w:bCs/>
              </w:rPr>
              <w:t xml:space="preserve">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___________________________________</w:t>
            </w:r>
          </w:p>
        </w:tc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A77A20C" w14:textId="7A257EFF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r w:rsidRPr="00297AE2">
              <w:rPr>
                <w:rFonts w:ascii="NeueSans Pro Normal" w:hAnsi="NeueSans Pro Normal"/>
                <w:bCs/>
              </w:rPr>
              <w:t xml:space="preserve">PLZ / </w:t>
            </w:r>
            <w:proofErr w:type="gramStart"/>
            <w:r w:rsidRPr="00297AE2">
              <w:rPr>
                <w:rFonts w:ascii="NeueSans Pro Normal" w:hAnsi="NeueSans Pro Normal"/>
                <w:bCs/>
              </w:rPr>
              <w:t>Ort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___________________________________</w:t>
            </w:r>
          </w:p>
        </w:tc>
      </w:tr>
      <w:tr w:rsidR="00C56513" w:rsidRPr="00297AE2" w14:paraId="3E279DCC" w14:textId="77777777">
        <w:trPr>
          <w:jc w:val="center"/>
        </w:trPr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B4708FD" w14:textId="05BD3ABA" w:rsidR="00C56513" w:rsidRPr="00297AE2" w:rsidRDefault="00CA44EE">
            <w:pPr>
              <w:rPr>
                <w:rFonts w:ascii="NeueSans Pro Normal" w:hAnsi="NeueSans Pro Normal"/>
                <w:bCs/>
              </w:rPr>
            </w:pPr>
            <w:proofErr w:type="gramStart"/>
            <w:r w:rsidRPr="00297AE2">
              <w:rPr>
                <w:rFonts w:ascii="NeueSans Pro Normal" w:hAnsi="NeueSans Pro Normal"/>
                <w:bCs/>
              </w:rPr>
              <w:t>E-Mail :</w:t>
            </w:r>
            <w:proofErr w:type="gramEnd"/>
            <w:r w:rsidRPr="00297AE2">
              <w:rPr>
                <w:rFonts w:ascii="NeueSans Pro Normal" w:hAnsi="NeueSans Pro Normal"/>
                <w:bCs/>
              </w:rPr>
              <w:t xml:space="preserve"> </w:t>
            </w:r>
            <w:r w:rsidR="00297AE2" w:rsidRPr="00297AE2">
              <w:rPr>
                <w:rFonts w:ascii="NeueSans Pro Normal" w:hAnsi="NeueSans Pro Normal"/>
                <w:bCs/>
                <w:lang w:val="fr-CH"/>
              </w:rPr>
              <w:t>____________________________________</w:t>
            </w:r>
          </w:p>
        </w:tc>
        <w:tc>
          <w:tcPr>
            <w:tcW w:w="4876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F30CCA4" w14:textId="77777777" w:rsidR="00C56513" w:rsidRPr="00297AE2" w:rsidRDefault="00C56513">
            <w:pPr>
              <w:rPr>
                <w:rFonts w:ascii="NeueSans Pro Normal" w:hAnsi="NeueSans Pro Normal"/>
                <w:bCs/>
              </w:rPr>
            </w:pPr>
          </w:p>
        </w:tc>
      </w:tr>
    </w:tbl>
    <w:p w14:paraId="10DD7C72" w14:textId="759866AD" w:rsidR="00C56513" w:rsidRDefault="00CA44EE">
      <w:r w:rsidRPr="00297AE2">
        <w:rPr>
          <w:rFonts w:ascii="NeueSans Pro Normal" w:hAnsi="NeueSans Pro Normal"/>
          <w:bCs/>
        </w:rPr>
        <w:t xml:space="preserve">Datum: ____________________      </w:t>
      </w:r>
      <w:proofErr w:type="spellStart"/>
      <w:r w:rsidRPr="00297AE2">
        <w:rPr>
          <w:rFonts w:ascii="NeueSans Pro Normal" w:hAnsi="NeueSans Pro Normal"/>
          <w:bCs/>
        </w:rPr>
        <w:t>Unterschrift</w:t>
      </w:r>
      <w:proofErr w:type="spellEnd"/>
      <w:r w:rsidRPr="00297AE2">
        <w:rPr>
          <w:rFonts w:ascii="NeueSans Pro Normal" w:hAnsi="NeueSans Pro Normal"/>
          <w:bCs/>
        </w:rPr>
        <w:t xml:space="preserve"> (</w:t>
      </w:r>
      <w:proofErr w:type="spellStart"/>
      <w:r w:rsidRPr="00297AE2">
        <w:rPr>
          <w:rFonts w:ascii="NeueSans Pro Normal" w:hAnsi="NeueSans Pro Normal"/>
          <w:bCs/>
        </w:rPr>
        <w:t>freiwillig</w:t>
      </w:r>
      <w:proofErr w:type="spellEnd"/>
      <w:r w:rsidRPr="00297AE2">
        <w:rPr>
          <w:rFonts w:ascii="NeueSans Pro Normal" w:hAnsi="NeueSans Pro Normal"/>
          <w:bCs/>
        </w:rPr>
        <w:t>):</w:t>
      </w:r>
      <w:r>
        <w:t xml:space="preserve"> </w:t>
      </w:r>
      <w:r w:rsidR="00297AE2" w:rsidRPr="00297AE2">
        <w:rPr>
          <w:rFonts w:ascii="NeueSans Pro Normal" w:hAnsi="NeueSans Pro Normal"/>
          <w:bCs/>
          <w:lang w:val="fr-CH"/>
        </w:rPr>
        <w:t>____________________________________________</w:t>
      </w:r>
    </w:p>
    <w:sectPr w:rsidR="00C56513" w:rsidSect="00034616">
      <w:headerReference w:type="default" r:id="rId8"/>
      <w:pgSz w:w="11906" w:h="16838"/>
      <w:pgMar w:top="567" w:right="964" w:bottom="56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00D1B" w14:textId="77777777" w:rsidR="00CA44EE" w:rsidRDefault="00CA44EE">
      <w:pPr>
        <w:spacing w:after="0" w:line="240" w:lineRule="auto"/>
      </w:pPr>
      <w:r>
        <w:separator/>
      </w:r>
    </w:p>
  </w:endnote>
  <w:endnote w:type="continuationSeparator" w:id="0">
    <w:p w14:paraId="244C561D" w14:textId="77777777" w:rsidR="00CA44EE" w:rsidRDefault="00CA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eueSans Pro Bold">
    <w:panose1 w:val="00000000000000000000"/>
    <w:charset w:val="00"/>
    <w:family w:val="auto"/>
    <w:pitch w:val="variable"/>
    <w:sig w:usb0="A00000AF" w:usb1="4000204B" w:usb2="00000000" w:usb3="00000000" w:csb0="0000009B" w:csb1="00000000"/>
  </w:font>
  <w:font w:name="NeueSans Pro Normal">
    <w:panose1 w:val="02000000000000000000"/>
    <w:charset w:val="00"/>
    <w:family w:val="auto"/>
    <w:pitch w:val="variable"/>
    <w:sig w:usb0="A00000AF" w:usb1="4000204B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E0A4C" w14:textId="77777777" w:rsidR="00CA44EE" w:rsidRDefault="00CA44EE">
      <w:pPr>
        <w:spacing w:after="0" w:line="240" w:lineRule="auto"/>
      </w:pPr>
      <w:r>
        <w:separator/>
      </w:r>
    </w:p>
  </w:footnote>
  <w:footnote w:type="continuationSeparator" w:id="0">
    <w:p w14:paraId="756EE5DC" w14:textId="77777777" w:rsidR="00CA44EE" w:rsidRDefault="00CA4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473B6" w14:textId="77777777" w:rsidR="00C56513" w:rsidRDefault="00CA44EE">
    <w:pPr>
      <w:pStyle w:val="En-tte"/>
      <w:jc w:val="right"/>
    </w:pPr>
    <w:r>
      <w:rPr>
        <w:noProof/>
      </w:rPr>
      <w:drawing>
        <wp:inline distT="0" distB="0" distL="0" distR="0" wp14:anchorId="55AB29E5" wp14:editId="2273071E">
          <wp:extent cx="1512000" cy="71857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718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150624">
    <w:abstractNumId w:val="8"/>
  </w:num>
  <w:num w:numId="2" w16cid:durableId="429665159">
    <w:abstractNumId w:val="6"/>
  </w:num>
  <w:num w:numId="3" w16cid:durableId="162553262">
    <w:abstractNumId w:val="5"/>
  </w:num>
  <w:num w:numId="4" w16cid:durableId="828716931">
    <w:abstractNumId w:val="4"/>
  </w:num>
  <w:num w:numId="5" w16cid:durableId="444271369">
    <w:abstractNumId w:val="7"/>
  </w:num>
  <w:num w:numId="6" w16cid:durableId="862478246">
    <w:abstractNumId w:val="3"/>
  </w:num>
  <w:num w:numId="7" w16cid:durableId="166751883">
    <w:abstractNumId w:val="2"/>
  </w:num>
  <w:num w:numId="8" w16cid:durableId="1206599726">
    <w:abstractNumId w:val="1"/>
  </w:num>
  <w:num w:numId="9" w16cid:durableId="1323046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D00"/>
    <w:rsid w:val="0015074B"/>
    <w:rsid w:val="0029639D"/>
    <w:rsid w:val="00297AE2"/>
    <w:rsid w:val="00302209"/>
    <w:rsid w:val="00326F90"/>
    <w:rsid w:val="00AA1D8D"/>
    <w:rsid w:val="00B36016"/>
    <w:rsid w:val="00B47730"/>
    <w:rsid w:val="00C56513"/>
    <w:rsid w:val="00CA0357"/>
    <w:rsid w:val="00CA44EE"/>
    <w:rsid w:val="00CB0664"/>
    <w:rsid w:val="00D90327"/>
    <w:rsid w:val="00FA51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794C383-AD24-452D-9575-09C4C3FA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eastAsia="Arial" w:hAnsi="Arial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7E7A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43746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8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7E7A"/>
      <w:spacing w:val="5"/>
      <w:kern w:val="28"/>
      <w:sz w:val="4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/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Fehlmann Elodie</cp:lastModifiedBy>
  <cp:revision>5</cp:revision>
  <dcterms:created xsi:type="dcterms:W3CDTF">2013-12-23T23:15:00Z</dcterms:created>
  <dcterms:modified xsi:type="dcterms:W3CDTF">2026-09-28T16:19:00Z</dcterms:modified>
  <cp:category/>
</cp:coreProperties>
</file>